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566" w:rsidRPr="00D34566" w:rsidRDefault="00190478">
      <w:pPr>
        <w:jc w:val="center"/>
        <w:rPr>
          <w:rFonts w:ascii="DejaVu Sans" w:hAnsi="DejaVu Sans" w:cs="DejaVu Sans"/>
          <w:b/>
          <w:color w:val="00468C"/>
          <w:sz w:val="36"/>
        </w:rPr>
      </w:pPr>
      <w:r w:rsidRPr="00D34566">
        <w:rPr>
          <w:rFonts w:ascii="DejaVu Sans" w:hAnsi="DejaVu Sans" w:cs="DejaVu Sans"/>
          <w:b/>
          <w:color w:val="00468C"/>
          <w:sz w:val="36"/>
        </w:rPr>
        <w:t xml:space="preserve">SOLICITUD DE VISITAS </w:t>
      </w:r>
      <w:r w:rsidRPr="00D34566">
        <w:rPr>
          <w:rFonts w:ascii="DejaVu Sans" w:hAnsi="DejaVu Sans" w:cs="DejaVu Sans"/>
          <w:b/>
          <w:color w:val="00468C"/>
          <w:sz w:val="36"/>
        </w:rPr>
        <w:t xml:space="preserve">NSTALACIONES </w:t>
      </w:r>
    </w:p>
    <w:p w:rsidR="00637F8D" w:rsidRPr="00D34566" w:rsidRDefault="00190478">
      <w:pPr>
        <w:jc w:val="center"/>
        <w:rPr>
          <w:rFonts w:ascii="DejaVu Sans" w:hAnsi="DejaVu Sans" w:cs="DejaVu Sans"/>
          <w:sz w:val="20"/>
        </w:rPr>
      </w:pPr>
      <w:r w:rsidRPr="00D34566">
        <w:rPr>
          <w:rFonts w:ascii="DejaVu Sans" w:hAnsi="DejaVu Sans" w:cs="DejaVu Sans"/>
          <w:b/>
          <w:color w:val="00468C"/>
          <w:sz w:val="36"/>
        </w:rPr>
        <w:t>CICLO URBANO DEL AGUA</w:t>
      </w:r>
    </w:p>
    <w:p w:rsidR="00637F8D" w:rsidRPr="00D34566" w:rsidRDefault="00637F8D">
      <w:pPr>
        <w:rPr>
          <w:rFonts w:ascii="DejaVu Sans" w:hAnsi="DejaVu Sans" w:cs="DejaVu Sans"/>
        </w:rPr>
      </w:pPr>
    </w:p>
    <w:tbl>
      <w:tblPr>
        <w:tblW w:w="0" w:type="auto"/>
        <w:tblLook w:val="04A0"/>
      </w:tblPr>
      <w:tblGrid>
        <w:gridCol w:w="8640"/>
      </w:tblGrid>
      <w:tr w:rsidR="00637F8D" w:rsidRPr="00D34566">
        <w:tc>
          <w:tcPr>
            <w:tcW w:w="8640" w:type="dxa"/>
            <w:shd w:val="clear" w:color="auto" w:fill="D9EAF7"/>
          </w:tcPr>
          <w:p w:rsidR="00637F8D" w:rsidRPr="00D34566" w:rsidRDefault="00190478">
            <w:pPr>
              <w:rPr>
                <w:rFonts w:ascii="DejaVu Sans" w:hAnsi="DejaVu Sans" w:cs="DejaVu Sans"/>
              </w:rPr>
            </w:pPr>
            <w:r w:rsidRPr="00D34566">
              <w:rPr>
                <w:rFonts w:ascii="DejaVu Sans" w:hAnsi="DejaVu Sans" w:cs="DejaVu Sans"/>
                <w:b/>
              </w:rPr>
              <w:t>PROCEDIMIENTO PARA LA SOLICITUD DE VISITAS</w:t>
            </w:r>
            <w:r w:rsidRPr="00D34566">
              <w:rPr>
                <w:rFonts w:ascii="DejaVu Sans" w:hAnsi="DejaVu Sans" w:cs="DejaVu Sans"/>
              </w:rPr>
              <w:br/>
              <w:t>- Rellenar la SOLICITUD DE VISITA y enviarla vía correo electrónico a la dirección megarcia@aquavall.es</w:t>
            </w:r>
            <w:r w:rsidRPr="00D34566">
              <w:rPr>
                <w:rFonts w:ascii="DejaVu Sans" w:hAnsi="DejaVu Sans" w:cs="DejaVu Sans"/>
              </w:rPr>
              <w:br/>
              <w:t>- El horario de la visita será fijado por Aquavall</w:t>
            </w:r>
            <w:r w:rsidRPr="00D34566">
              <w:rPr>
                <w:rFonts w:ascii="DejaVu Sans" w:hAnsi="DejaVu Sans" w:cs="DejaVu Sans"/>
              </w:rPr>
              <w:t xml:space="preserve"> y se comunicará a la institución solicitante, previa autorización del Ayuntamiento de Valladolid.</w:t>
            </w:r>
          </w:p>
        </w:tc>
      </w:tr>
    </w:tbl>
    <w:p w:rsidR="00637F8D" w:rsidRPr="00D34566" w:rsidRDefault="00637F8D">
      <w:pPr>
        <w:rPr>
          <w:rFonts w:ascii="DejaVu Sans" w:hAnsi="DejaVu Sans" w:cs="DejaVu Sans"/>
        </w:rPr>
      </w:pPr>
    </w:p>
    <w:tbl>
      <w:tblPr>
        <w:tblW w:w="0" w:type="auto"/>
        <w:tblLook w:val="04A0"/>
      </w:tblPr>
      <w:tblGrid>
        <w:gridCol w:w="8640"/>
      </w:tblGrid>
      <w:tr w:rsidR="00637F8D" w:rsidRPr="00D34566">
        <w:tc>
          <w:tcPr>
            <w:tcW w:w="8640" w:type="dxa"/>
            <w:shd w:val="clear" w:color="auto" w:fill="F2F2F2"/>
          </w:tcPr>
          <w:p w:rsidR="00637F8D" w:rsidRPr="00D34566" w:rsidRDefault="00190478">
            <w:pPr>
              <w:rPr>
                <w:rFonts w:ascii="DejaVu Sans" w:hAnsi="DejaVu Sans" w:cs="DejaVu Sans"/>
              </w:rPr>
            </w:pPr>
            <w:r w:rsidRPr="00D34566">
              <w:rPr>
                <w:rFonts w:ascii="DejaVu Sans" w:hAnsi="DejaVu Sans" w:cs="DejaVu Sans"/>
                <w:b/>
              </w:rPr>
              <w:t>Nombre y apellidos</w:t>
            </w:r>
            <w:r w:rsidRPr="00D34566">
              <w:rPr>
                <w:rFonts w:ascii="DejaVu Sans" w:hAnsi="DejaVu Sans" w:cs="DejaVu Sans"/>
              </w:rPr>
              <w:t>: ...............................................................................................</w:t>
            </w:r>
          </w:p>
        </w:tc>
      </w:tr>
      <w:tr w:rsidR="00637F8D" w:rsidRPr="00D34566">
        <w:tc>
          <w:tcPr>
            <w:tcW w:w="8640" w:type="dxa"/>
            <w:shd w:val="clear" w:color="auto" w:fill="F2F2F2"/>
          </w:tcPr>
          <w:p w:rsidR="00637F8D" w:rsidRPr="00D34566" w:rsidRDefault="00190478">
            <w:pPr>
              <w:rPr>
                <w:rFonts w:ascii="DejaVu Sans" w:hAnsi="DejaVu Sans" w:cs="DejaVu Sans"/>
              </w:rPr>
            </w:pPr>
            <w:r w:rsidRPr="00D34566">
              <w:rPr>
                <w:rFonts w:ascii="DejaVu Sans" w:hAnsi="DejaVu Sans" w:cs="DejaVu Sans"/>
              </w:rPr>
              <w:t xml:space="preserve">EN </w:t>
            </w:r>
            <w:r w:rsidRPr="00D34566">
              <w:rPr>
                <w:rFonts w:ascii="DejaVu Sans" w:hAnsi="DejaVu Sans" w:cs="DejaVu Sans"/>
                <w:b/>
              </w:rPr>
              <w:t>REPRESENTACIÓN</w:t>
            </w:r>
            <w:r w:rsidRPr="00D34566">
              <w:rPr>
                <w:rFonts w:ascii="DejaVu Sans" w:hAnsi="DejaVu Sans" w:cs="DejaVu Sans"/>
              </w:rPr>
              <w:t xml:space="preserve"> DEL Centro / Colecti</w:t>
            </w:r>
            <w:r w:rsidRPr="00D34566">
              <w:rPr>
                <w:rFonts w:ascii="DejaVu Sans" w:hAnsi="DejaVu Sans" w:cs="DejaVu Sans"/>
              </w:rPr>
              <w:t>vo / Asociación: ................................................</w:t>
            </w:r>
          </w:p>
        </w:tc>
      </w:tr>
      <w:tr w:rsidR="00637F8D" w:rsidRPr="00D34566">
        <w:tc>
          <w:tcPr>
            <w:tcW w:w="8640" w:type="dxa"/>
            <w:shd w:val="clear" w:color="auto" w:fill="F2F2F2"/>
          </w:tcPr>
          <w:p w:rsidR="00637F8D" w:rsidRPr="00D34566" w:rsidRDefault="00190478">
            <w:pPr>
              <w:rPr>
                <w:rFonts w:ascii="DejaVu Sans" w:hAnsi="DejaVu Sans" w:cs="DejaVu Sans"/>
              </w:rPr>
            </w:pPr>
            <w:r w:rsidRPr="00D34566">
              <w:rPr>
                <w:rFonts w:ascii="DejaVu Sans" w:hAnsi="DejaVu Sans" w:cs="DejaVu Sans"/>
              </w:rPr>
              <w:t>Domicilio social: ..................................................................................................</w:t>
            </w:r>
          </w:p>
        </w:tc>
      </w:tr>
      <w:tr w:rsidR="00637F8D" w:rsidRPr="00D34566">
        <w:tc>
          <w:tcPr>
            <w:tcW w:w="8640" w:type="dxa"/>
            <w:shd w:val="clear" w:color="auto" w:fill="F2F2F2"/>
          </w:tcPr>
          <w:p w:rsidR="00637F8D" w:rsidRPr="00D34566" w:rsidRDefault="00190478" w:rsidP="00D34566">
            <w:pPr>
              <w:rPr>
                <w:rFonts w:ascii="DejaVu Sans" w:hAnsi="DejaVu Sans" w:cs="DejaVu Sans"/>
              </w:rPr>
            </w:pPr>
            <w:proofErr w:type="spellStart"/>
            <w:r w:rsidRPr="00D34566">
              <w:rPr>
                <w:rFonts w:ascii="DejaVu Sans" w:hAnsi="DejaVu Sans" w:cs="DejaVu Sans"/>
                <w:b/>
              </w:rPr>
              <w:t>Correo</w:t>
            </w:r>
            <w:proofErr w:type="spellEnd"/>
            <w:r w:rsidRPr="00D34566">
              <w:rPr>
                <w:rFonts w:ascii="DejaVu Sans" w:hAnsi="DejaVu Sans" w:cs="DejaVu Sans"/>
                <w:b/>
              </w:rPr>
              <w:t xml:space="preserve"> </w:t>
            </w:r>
            <w:proofErr w:type="gramStart"/>
            <w:r w:rsidR="00D34566">
              <w:rPr>
                <w:rFonts w:ascii="DejaVu Sans" w:hAnsi="DejaVu Sans" w:cs="DejaVu Sans"/>
                <w:b/>
              </w:rPr>
              <w:t xml:space="preserve">electronic </w:t>
            </w:r>
            <w:r w:rsidRPr="00D34566">
              <w:rPr>
                <w:rFonts w:ascii="DejaVu Sans" w:hAnsi="DejaVu Sans" w:cs="DejaVu Sans"/>
              </w:rPr>
              <w:t>...........................................</w:t>
            </w:r>
            <w:r w:rsidRPr="00D34566">
              <w:rPr>
                <w:rFonts w:ascii="DejaVu Sans" w:hAnsi="DejaVu Sans" w:cs="DejaVu Sans"/>
              </w:rPr>
              <w:t>...........................................</w:t>
            </w:r>
            <w:proofErr w:type="gramEnd"/>
          </w:p>
        </w:tc>
      </w:tr>
      <w:tr w:rsidR="00D34566" w:rsidRPr="00D34566">
        <w:tc>
          <w:tcPr>
            <w:tcW w:w="8640" w:type="dxa"/>
            <w:shd w:val="clear" w:color="auto" w:fill="F2F2F2"/>
          </w:tcPr>
          <w:p w:rsidR="00D34566" w:rsidRPr="00D34566" w:rsidRDefault="00D34566">
            <w:pPr>
              <w:rPr>
                <w:rFonts w:ascii="DejaVu Sans" w:hAnsi="DejaVu Sans" w:cs="DejaVu Sans"/>
                <w:b/>
              </w:rPr>
            </w:pPr>
            <w:proofErr w:type="spellStart"/>
            <w:r>
              <w:rPr>
                <w:rFonts w:ascii="DejaVu Sans" w:hAnsi="DejaVu Sans" w:cs="DejaVu Sans"/>
                <w:b/>
              </w:rPr>
              <w:t>Teléfono</w:t>
            </w:r>
            <w:proofErr w:type="spellEnd"/>
            <w:r w:rsidRPr="00D34566">
              <w:rPr>
                <w:rFonts w:ascii="DejaVu Sans" w:hAnsi="DejaVu Sans" w:cs="DejaVu Sans"/>
              </w:rPr>
              <w:t>: ..............................................................................................</w:t>
            </w:r>
          </w:p>
        </w:tc>
      </w:tr>
    </w:tbl>
    <w:p w:rsidR="00637F8D" w:rsidRPr="00D34566" w:rsidRDefault="00637F8D">
      <w:pPr>
        <w:rPr>
          <w:rFonts w:ascii="DejaVu Sans" w:hAnsi="DejaVu Sans" w:cs="DejaVu Sans"/>
        </w:rPr>
      </w:pPr>
    </w:p>
    <w:tbl>
      <w:tblPr>
        <w:tblW w:w="0" w:type="auto"/>
        <w:tblLook w:val="04A0"/>
      </w:tblPr>
      <w:tblGrid>
        <w:gridCol w:w="8640"/>
      </w:tblGrid>
      <w:tr w:rsidR="00637F8D" w:rsidRPr="00D34566">
        <w:tc>
          <w:tcPr>
            <w:tcW w:w="8640" w:type="dxa"/>
            <w:shd w:val="clear" w:color="auto" w:fill="D9EAF7"/>
          </w:tcPr>
          <w:p w:rsidR="00637F8D" w:rsidRPr="00D34566" w:rsidRDefault="00190478">
            <w:pPr>
              <w:rPr>
                <w:rFonts w:ascii="DejaVu Sans" w:hAnsi="DejaVu Sans" w:cs="DejaVu Sans"/>
              </w:rPr>
            </w:pPr>
            <w:r w:rsidRPr="00D34566">
              <w:rPr>
                <w:rFonts w:ascii="DejaVu Sans" w:hAnsi="DejaVu Sans" w:cs="DejaVu Sans"/>
              </w:rPr>
              <w:t>SOLICITA VISITAR</w:t>
            </w:r>
          </w:p>
        </w:tc>
      </w:tr>
      <w:tr w:rsidR="00637F8D" w:rsidRPr="00D34566">
        <w:tc>
          <w:tcPr>
            <w:tcW w:w="8640" w:type="dxa"/>
            <w:shd w:val="clear" w:color="auto" w:fill="F2F2F2"/>
          </w:tcPr>
          <w:p w:rsidR="00637F8D" w:rsidRPr="00D34566" w:rsidRDefault="00190478" w:rsidP="00D34566">
            <w:pPr>
              <w:rPr>
                <w:rFonts w:ascii="DejaVu Sans" w:hAnsi="DejaVu Sans" w:cs="DejaVu Sans"/>
              </w:rPr>
            </w:pPr>
            <w:r w:rsidRPr="00D34566">
              <w:rPr>
                <w:rFonts w:ascii="DejaVu Sans" w:eastAsia="MS Gothic" w:hAnsi="DejaVu Sans" w:cs="DejaVu Sans"/>
              </w:rPr>
              <w:t>☐</w:t>
            </w:r>
            <w:r w:rsidRPr="00D34566">
              <w:rPr>
                <w:rFonts w:ascii="DejaVu Sans" w:hAnsi="DejaVu Sans" w:cs="DejaVu Sans"/>
              </w:rPr>
              <w:t xml:space="preserve"> </w:t>
            </w:r>
            <w:r w:rsidRPr="00D34566">
              <w:rPr>
                <w:rFonts w:ascii="DejaVu Sans" w:hAnsi="DejaVu Sans" w:cs="DejaVu Sans"/>
                <w:b/>
              </w:rPr>
              <w:t>Estación de tratamiento de agua potable (ETAP) de Las Eras</w:t>
            </w:r>
            <w:r w:rsidRPr="00D34566">
              <w:rPr>
                <w:rFonts w:ascii="DejaVu Sans" w:hAnsi="DejaVu Sans" w:cs="DejaVu Sans"/>
              </w:rPr>
              <w:t xml:space="preserve"> </w:t>
            </w:r>
            <w:r w:rsidRPr="00D34566">
              <w:rPr>
                <w:rFonts w:ascii="DejaVu Sans" w:hAnsi="DejaVu Sans" w:cs="DejaVu Sans"/>
              </w:rPr>
              <w:br/>
              <w:t xml:space="preserve">   Destinatarios: A partir de 3º de la ESO.</w:t>
            </w:r>
            <w:r w:rsidRPr="00D34566">
              <w:rPr>
                <w:rFonts w:ascii="DejaVu Sans" w:hAnsi="DejaVu Sans" w:cs="DejaVu Sans"/>
              </w:rPr>
              <w:br/>
              <w:t xml:space="preserve">   Duración: 50 minutos</w:t>
            </w:r>
          </w:p>
        </w:tc>
      </w:tr>
      <w:tr w:rsidR="00637F8D" w:rsidRPr="00D34566">
        <w:tc>
          <w:tcPr>
            <w:tcW w:w="8640" w:type="dxa"/>
            <w:shd w:val="clear" w:color="auto" w:fill="F2F2F2"/>
          </w:tcPr>
          <w:p w:rsidR="00637F8D" w:rsidRPr="00D34566" w:rsidRDefault="00190478">
            <w:pPr>
              <w:rPr>
                <w:rFonts w:ascii="DejaVu Sans" w:hAnsi="DejaVu Sans" w:cs="DejaVu Sans"/>
              </w:rPr>
            </w:pPr>
            <w:r w:rsidRPr="00D34566">
              <w:rPr>
                <w:rFonts w:ascii="DejaVu Sans" w:hAnsi="DejaVu Sans" w:cs="DejaVu Sans"/>
              </w:rPr>
              <w:t>☐</w:t>
            </w:r>
            <w:r w:rsidRPr="00D34566">
              <w:rPr>
                <w:rFonts w:ascii="DejaVu Sans" w:hAnsi="DejaVu Sans" w:cs="DejaVu Sans"/>
              </w:rPr>
              <w:t xml:space="preserve"> </w:t>
            </w:r>
            <w:r w:rsidRPr="00D34566">
              <w:rPr>
                <w:rFonts w:ascii="DejaVu Sans" w:hAnsi="DejaVu Sans" w:cs="DejaVu Sans"/>
                <w:b/>
              </w:rPr>
              <w:t>Estación depuradora de Aguas Residuales (EDAR)</w:t>
            </w:r>
            <w:r w:rsidRPr="00D34566">
              <w:rPr>
                <w:rFonts w:ascii="DejaVu Sans" w:hAnsi="DejaVu Sans" w:cs="DejaVu Sans"/>
              </w:rPr>
              <w:br/>
              <w:t xml:space="preserve">   Destinatarios: A partir de 4º de la ESO.</w:t>
            </w:r>
            <w:r w:rsidRPr="00D34566">
              <w:rPr>
                <w:rFonts w:ascii="DejaVu Sans" w:hAnsi="DejaVu Sans" w:cs="DejaVu Sans"/>
              </w:rPr>
              <w:br/>
              <w:t xml:space="preserve">   Duración: 80 minutos</w:t>
            </w:r>
          </w:p>
        </w:tc>
      </w:tr>
      <w:tr w:rsidR="00637F8D" w:rsidRPr="00D34566">
        <w:tc>
          <w:tcPr>
            <w:tcW w:w="8640" w:type="dxa"/>
            <w:shd w:val="clear" w:color="auto" w:fill="E6F0FA"/>
          </w:tcPr>
          <w:p w:rsidR="00637F8D" w:rsidRPr="00D34566" w:rsidRDefault="00190478">
            <w:pPr>
              <w:rPr>
                <w:rFonts w:ascii="DejaVu Sans" w:hAnsi="DejaVu Sans" w:cs="DejaVu Sans"/>
              </w:rPr>
            </w:pPr>
            <w:r w:rsidRPr="00D34566">
              <w:rPr>
                <w:rFonts w:ascii="DejaVu Sans" w:hAnsi="DejaVu Sans" w:cs="DejaVu Sans"/>
              </w:rPr>
              <w:t>Grupos: Hasta 25 personas (</w:t>
            </w:r>
            <w:r w:rsidRPr="00D34566">
              <w:rPr>
                <w:rFonts w:ascii="DejaVu Sans" w:hAnsi="DejaVu Sans" w:cs="DejaVu Sans"/>
                <w:i/>
              </w:rPr>
              <w:t>incluidos los responsables del gr</w:t>
            </w:r>
            <w:r w:rsidRPr="00D34566">
              <w:rPr>
                <w:rFonts w:ascii="DejaVu Sans" w:hAnsi="DejaVu Sans" w:cs="DejaVu Sans"/>
              </w:rPr>
              <w:t>upo)</w:t>
            </w:r>
          </w:p>
        </w:tc>
      </w:tr>
    </w:tbl>
    <w:p w:rsidR="00637F8D" w:rsidRPr="00D34566" w:rsidRDefault="00637F8D" w:rsidP="00D34566">
      <w:pPr>
        <w:pStyle w:val="Sinespaciado"/>
        <w:rPr>
          <w:rFonts w:ascii="DejaVu Sans" w:hAnsi="DejaVu Sans" w:cs="DejaVu Sans"/>
        </w:rPr>
      </w:pPr>
    </w:p>
    <w:tbl>
      <w:tblPr>
        <w:tblW w:w="0" w:type="auto"/>
        <w:tblInd w:w="1422" w:type="dxa"/>
        <w:tblLook w:val="04A0"/>
      </w:tblPr>
      <w:tblGrid>
        <w:gridCol w:w="1638"/>
        <w:gridCol w:w="2190"/>
        <w:gridCol w:w="1984"/>
      </w:tblGrid>
      <w:tr w:rsidR="00637F8D" w:rsidRPr="00D34566" w:rsidTr="00D34566">
        <w:tc>
          <w:tcPr>
            <w:tcW w:w="5812" w:type="dxa"/>
            <w:gridSpan w:val="3"/>
            <w:shd w:val="clear" w:color="auto" w:fill="D9EAF7"/>
          </w:tcPr>
          <w:p w:rsidR="00D34566" w:rsidRPr="00D34566" w:rsidRDefault="00190478" w:rsidP="00D34566">
            <w:pPr>
              <w:pStyle w:val="Sinespaciado"/>
              <w:rPr>
                <w:rFonts w:ascii="DejaVu Sans" w:hAnsi="DejaVu Sans" w:cs="DejaVu Sans"/>
                <w:b/>
              </w:rPr>
            </w:pPr>
            <w:r w:rsidRPr="00D34566">
              <w:rPr>
                <w:rFonts w:ascii="DejaVu Sans" w:hAnsi="DejaVu Sans" w:cs="DejaVu Sans"/>
                <w:b/>
              </w:rPr>
              <w:t xml:space="preserve">SOLICITA LA VISITA PARA EL DÍA </w:t>
            </w:r>
          </w:p>
          <w:p w:rsidR="00637F8D" w:rsidRPr="00D34566" w:rsidRDefault="00190478" w:rsidP="00D34566">
            <w:pPr>
              <w:pStyle w:val="Sinespaciado"/>
              <w:rPr>
                <w:rFonts w:ascii="DejaVu Sans" w:hAnsi="DejaVu Sans" w:cs="DejaVu Sans"/>
              </w:rPr>
            </w:pPr>
            <w:r w:rsidRPr="00D34566">
              <w:rPr>
                <w:rFonts w:ascii="DejaVu Sans" w:hAnsi="DejaVu Sans" w:cs="DejaVu Sans"/>
              </w:rPr>
              <w:t>(</w:t>
            </w:r>
            <w:proofErr w:type="spellStart"/>
            <w:r w:rsidRPr="00D34566">
              <w:rPr>
                <w:rFonts w:ascii="DejaVu Sans" w:hAnsi="DejaVu Sans" w:cs="DejaVu Sans"/>
              </w:rPr>
              <w:t>Indicar</w:t>
            </w:r>
            <w:proofErr w:type="spellEnd"/>
            <w:r w:rsidRPr="00D34566">
              <w:rPr>
                <w:rFonts w:ascii="DejaVu Sans" w:hAnsi="DejaVu Sans" w:cs="DejaVu Sans"/>
              </w:rPr>
              <w:t xml:space="preserve"> por orden de preferencia)</w:t>
            </w:r>
            <w:r w:rsidRPr="00D34566">
              <w:rPr>
                <w:rFonts w:ascii="DejaVu Sans" w:hAnsi="DejaVu Sans" w:cs="DejaVu Sans"/>
              </w:rPr>
              <w:t>.</w:t>
            </w:r>
          </w:p>
        </w:tc>
      </w:tr>
      <w:tr w:rsidR="00637F8D" w:rsidRPr="00D34566" w:rsidTr="00D34566">
        <w:tc>
          <w:tcPr>
            <w:tcW w:w="1638" w:type="dxa"/>
            <w:shd w:val="clear" w:color="auto" w:fill="E6F0FA"/>
          </w:tcPr>
          <w:p w:rsidR="00637F8D" w:rsidRPr="00D34566" w:rsidRDefault="00637F8D">
            <w:pPr>
              <w:rPr>
                <w:rFonts w:ascii="DejaVu Sans" w:hAnsi="DejaVu Sans" w:cs="DejaVu Sans"/>
              </w:rPr>
            </w:pPr>
          </w:p>
        </w:tc>
        <w:tc>
          <w:tcPr>
            <w:tcW w:w="2190" w:type="dxa"/>
            <w:shd w:val="clear" w:color="auto" w:fill="E6F0FA"/>
          </w:tcPr>
          <w:p w:rsidR="00637F8D" w:rsidRPr="00D34566" w:rsidRDefault="00190478">
            <w:pPr>
              <w:rPr>
                <w:rFonts w:ascii="DejaVu Sans" w:hAnsi="DejaVu Sans" w:cs="DejaVu Sans"/>
              </w:rPr>
            </w:pPr>
            <w:r w:rsidRPr="00D34566">
              <w:rPr>
                <w:rFonts w:ascii="DejaVu Sans" w:hAnsi="DejaVu Sans" w:cs="DejaVu Sans"/>
              </w:rPr>
              <w:t>Día de la semana</w:t>
            </w:r>
          </w:p>
        </w:tc>
        <w:tc>
          <w:tcPr>
            <w:tcW w:w="1984" w:type="dxa"/>
            <w:shd w:val="clear" w:color="auto" w:fill="E6F0FA"/>
          </w:tcPr>
          <w:p w:rsidR="00637F8D" w:rsidRPr="00D34566" w:rsidRDefault="00190478">
            <w:pPr>
              <w:rPr>
                <w:rFonts w:ascii="DejaVu Sans" w:hAnsi="DejaVu Sans" w:cs="DejaVu Sans"/>
              </w:rPr>
            </w:pPr>
            <w:r w:rsidRPr="00D34566">
              <w:rPr>
                <w:rFonts w:ascii="DejaVu Sans" w:hAnsi="DejaVu Sans" w:cs="DejaVu Sans"/>
              </w:rPr>
              <w:t>Mes</w:t>
            </w:r>
          </w:p>
        </w:tc>
      </w:tr>
      <w:tr w:rsidR="00637F8D" w:rsidRPr="00D34566" w:rsidTr="00D34566">
        <w:tc>
          <w:tcPr>
            <w:tcW w:w="1638" w:type="dxa"/>
            <w:shd w:val="clear" w:color="auto" w:fill="F9F9F9"/>
          </w:tcPr>
          <w:p w:rsidR="00637F8D" w:rsidRPr="00D34566" w:rsidRDefault="00190478">
            <w:pPr>
              <w:rPr>
                <w:rFonts w:ascii="DejaVu Sans" w:hAnsi="DejaVu Sans" w:cs="DejaVu Sans"/>
              </w:rPr>
            </w:pPr>
            <w:r w:rsidRPr="00D34566">
              <w:rPr>
                <w:rFonts w:ascii="DejaVu Sans" w:hAnsi="DejaVu Sans" w:cs="DejaVu Sans"/>
              </w:rPr>
              <w:t>1º</w:t>
            </w:r>
          </w:p>
        </w:tc>
        <w:tc>
          <w:tcPr>
            <w:tcW w:w="2190" w:type="dxa"/>
            <w:shd w:val="clear" w:color="auto" w:fill="F9F9F9"/>
          </w:tcPr>
          <w:p w:rsidR="00637F8D" w:rsidRPr="00D34566" w:rsidRDefault="00637F8D">
            <w:pPr>
              <w:rPr>
                <w:rFonts w:ascii="DejaVu Sans" w:hAnsi="DejaVu Sans" w:cs="DejaVu Sans"/>
              </w:rPr>
            </w:pPr>
          </w:p>
        </w:tc>
        <w:tc>
          <w:tcPr>
            <w:tcW w:w="1984" w:type="dxa"/>
            <w:shd w:val="clear" w:color="auto" w:fill="F9F9F9"/>
          </w:tcPr>
          <w:p w:rsidR="00637F8D" w:rsidRPr="00D34566" w:rsidRDefault="00637F8D">
            <w:pPr>
              <w:rPr>
                <w:rFonts w:ascii="DejaVu Sans" w:hAnsi="DejaVu Sans" w:cs="DejaVu Sans"/>
              </w:rPr>
            </w:pPr>
          </w:p>
        </w:tc>
      </w:tr>
      <w:tr w:rsidR="00637F8D" w:rsidRPr="00D34566" w:rsidTr="00D34566">
        <w:tc>
          <w:tcPr>
            <w:tcW w:w="1638" w:type="dxa"/>
            <w:shd w:val="clear" w:color="auto" w:fill="F9F9F9"/>
          </w:tcPr>
          <w:p w:rsidR="00637F8D" w:rsidRPr="00D34566" w:rsidRDefault="00190478">
            <w:pPr>
              <w:rPr>
                <w:rFonts w:ascii="DejaVu Sans" w:hAnsi="DejaVu Sans" w:cs="DejaVu Sans"/>
              </w:rPr>
            </w:pPr>
            <w:r w:rsidRPr="00D34566">
              <w:rPr>
                <w:rFonts w:ascii="DejaVu Sans" w:hAnsi="DejaVu Sans" w:cs="DejaVu Sans"/>
              </w:rPr>
              <w:lastRenderedPageBreak/>
              <w:t>2º</w:t>
            </w:r>
          </w:p>
        </w:tc>
        <w:tc>
          <w:tcPr>
            <w:tcW w:w="2190" w:type="dxa"/>
            <w:shd w:val="clear" w:color="auto" w:fill="F9F9F9"/>
          </w:tcPr>
          <w:p w:rsidR="00637F8D" w:rsidRPr="00D34566" w:rsidRDefault="00637F8D">
            <w:pPr>
              <w:rPr>
                <w:rFonts w:ascii="DejaVu Sans" w:hAnsi="DejaVu Sans" w:cs="DejaVu Sans"/>
              </w:rPr>
            </w:pPr>
          </w:p>
        </w:tc>
        <w:tc>
          <w:tcPr>
            <w:tcW w:w="1984" w:type="dxa"/>
            <w:shd w:val="clear" w:color="auto" w:fill="F9F9F9"/>
          </w:tcPr>
          <w:p w:rsidR="00637F8D" w:rsidRPr="00D34566" w:rsidRDefault="00637F8D">
            <w:pPr>
              <w:rPr>
                <w:rFonts w:ascii="DejaVu Sans" w:hAnsi="DejaVu Sans" w:cs="DejaVu Sans"/>
              </w:rPr>
            </w:pPr>
          </w:p>
        </w:tc>
      </w:tr>
      <w:tr w:rsidR="00637F8D" w:rsidRPr="00D34566" w:rsidTr="00D34566">
        <w:tc>
          <w:tcPr>
            <w:tcW w:w="1638" w:type="dxa"/>
            <w:shd w:val="clear" w:color="auto" w:fill="F9F9F9"/>
          </w:tcPr>
          <w:p w:rsidR="00637F8D" w:rsidRPr="00D34566" w:rsidRDefault="00190478">
            <w:pPr>
              <w:rPr>
                <w:rFonts w:ascii="DejaVu Sans" w:hAnsi="DejaVu Sans" w:cs="DejaVu Sans"/>
              </w:rPr>
            </w:pPr>
            <w:r w:rsidRPr="00D34566">
              <w:rPr>
                <w:rFonts w:ascii="DejaVu Sans" w:hAnsi="DejaVu Sans" w:cs="DejaVu Sans"/>
              </w:rPr>
              <w:t>3º</w:t>
            </w:r>
          </w:p>
        </w:tc>
        <w:tc>
          <w:tcPr>
            <w:tcW w:w="2190" w:type="dxa"/>
            <w:shd w:val="clear" w:color="auto" w:fill="F9F9F9"/>
          </w:tcPr>
          <w:p w:rsidR="00637F8D" w:rsidRPr="00D34566" w:rsidRDefault="00637F8D">
            <w:pPr>
              <w:rPr>
                <w:rFonts w:ascii="DejaVu Sans" w:hAnsi="DejaVu Sans" w:cs="DejaVu Sans"/>
              </w:rPr>
            </w:pPr>
          </w:p>
        </w:tc>
        <w:tc>
          <w:tcPr>
            <w:tcW w:w="1984" w:type="dxa"/>
            <w:shd w:val="clear" w:color="auto" w:fill="F9F9F9"/>
          </w:tcPr>
          <w:p w:rsidR="00637F8D" w:rsidRPr="00D34566" w:rsidRDefault="00637F8D">
            <w:pPr>
              <w:rPr>
                <w:rFonts w:ascii="DejaVu Sans" w:hAnsi="DejaVu Sans" w:cs="DejaVu Sans"/>
              </w:rPr>
            </w:pPr>
          </w:p>
        </w:tc>
      </w:tr>
    </w:tbl>
    <w:p w:rsidR="00637F8D" w:rsidRDefault="00D34566" w:rsidP="00D34566">
      <w:pPr>
        <w:jc w:val="center"/>
        <w:rPr>
          <w:rFonts w:ascii="DejaVu Sans" w:hAnsi="DejaVu Sans" w:cs="DejaVu Sans"/>
        </w:rPr>
      </w:pPr>
      <w:r w:rsidRPr="00D34566">
        <w:rPr>
          <w:rFonts w:ascii="DejaVu Sans" w:hAnsi="DejaVu Sans" w:cs="DejaVu Sans"/>
        </w:rPr>
        <w:t xml:space="preserve">De </w:t>
      </w:r>
      <w:proofErr w:type="spellStart"/>
      <w:r w:rsidRPr="00D34566">
        <w:rPr>
          <w:rFonts w:ascii="DejaVu Sans" w:hAnsi="DejaVu Sans" w:cs="DejaVu Sans"/>
        </w:rPr>
        <w:t>lunes</w:t>
      </w:r>
      <w:proofErr w:type="spellEnd"/>
      <w:r w:rsidRPr="00D34566">
        <w:rPr>
          <w:rFonts w:ascii="DejaVu Sans" w:hAnsi="DejaVu Sans" w:cs="DejaVu Sans"/>
        </w:rPr>
        <w:t xml:space="preserve"> a </w:t>
      </w:r>
      <w:proofErr w:type="spellStart"/>
      <w:r w:rsidRPr="00D34566">
        <w:rPr>
          <w:rFonts w:ascii="DejaVu Sans" w:hAnsi="DejaVu Sans" w:cs="DejaVu Sans"/>
        </w:rPr>
        <w:t>viernes</w:t>
      </w:r>
      <w:proofErr w:type="spellEnd"/>
      <w:r w:rsidRPr="00D34566">
        <w:rPr>
          <w:rFonts w:ascii="DejaVu Sans" w:hAnsi="DejaVu Sans" w:cs="DejaVu Sans"/>
        </w:rPr>
        <w:t xml:space="preserve">, entre los </w:t>
      </w:r>
      <w:proofErr w:type="spellStart"/>
      <w:r w:rsidRPr="00D34566">
        <w:rPr>
          <w:rFonts w:ascii="DejaVu Sans" w:hAnsi="DejaVu Sans" w:cs="DejaVu Sans"/>
        </w:rPr>
        <w:t>meses</w:t>
      </w:r>
      <w:proofErr w:type="spellEnd"/>
      <w:r w:rsidRPr="00D34566">
        <w:rPr>
          <w:rFonts w:ascii="DejaVu Sans" w:hAnsi="DejaVu Sans" w:cs="DejaVu Sans"/>
        </w:rPr>
        <w:t xml:space="preserve"> de </w:t>
      </w:r>
      <w:proofErr w:type="spellStart"/>
      <w:r w:rsidRPr="00D34566">
        <w:rPr>
          <w:rFonts w:ascii="DejaVu Sans" w:hAnsi="DejaVu Sans" w:cs="DejaVu Sans"/>
        </w:rPr>
        <w:t>octubre</w:t>
      </w:r>
      <w:proofErr w:type="spellEnd"/>
      <w:r w:rsidRPr="00D34566">
        <w:rPr>
          <w:rFonts w:ascii="DejaVu Sans" w:hAnsi="DejaVu Sans" w:cs="DejaVu Sans"/>
        </w:rPr>
        <w:t xml:space="preserve"> a </w:t>
      </w:r>
      <w:proofErr w:type="spellStart"/>
      <w:r w:rsidRPr="00D34566">
        <w:rPr>
          <w:rFonts w:ascii="DejaVu Sans" w:hAnsi="DejaVu Sans" w:cs="DejaVu Sans"/>
        </w:rPr>
        <w:t>junio</w:t>
      </w:r>
      <w:proofErr w:type="spellEnd"/>
    </w:p>
    <w:p w:rsidR="00D34566" w:rsidRDefault="00D34566">
      <w:pPr>
        <w:rPr>
          <w:rFonts w:ascii="DejaVu Sans" w:hAnsi="DejaVu Sans" w:cs="DejaVu Sans"/>
        </w:rPr>
      </w:pPr>
    </w:p>
    <w:p w:rsidR="00D34566" w:rsidRPr="00D34566" w:rsidRDefault="00D34566">
      <w:pPr>
        <w:rPr>
          <w:rFonts w:ascii="DejaVu Sans" w:hAnsi="DejaVu Sans" w:cs="DejaVu Sans"/>
        </w:rPr>
      </w:pPr>
    </w:p>
    <w:tbl>
      <w:tblPr>
        <w:tblW w:w="0" w:type="auto"/>
        <w:tblLook w:val="04A0"/>
      </w:tblPr>
      <w:tblGrid>
        <w:gridCol w:w="8640"/>
      </w:tblGrid>
      <w:tr w:rsidR="00637F8D" w:rsidRPr="00D34566">
        <w:tc>
          <w:tcPr>
            <w:tcW w:w="8640" w:type="dxa"/>
            <w:shd w:val="clear" w:color="auto" w:fill="F2F2F2"/>
          </w:tcPr>
          <w:p w:rsidR="00637F8D" w:rsidRPr="00D34566" w:rsidRDefault="00190478">
            <w:pPr>
              <w:rPr>
                <w:rFonts w:ascii="DejaVu Sans" w:hAnsi="DejaVu Sans" w:cs="DejaVu Sans"/>
              </w:rPr>
            </w:pPr>
            <w:r w:rsidRPr="00D34566">
              <w:rPr>
                <w:rFonts w:ascii="DejaVu Sans" w:hAnsi="DejaVu Sans" w:cs="DejaVu Sans"/>
              </w:rPr>
              <w:t>NÚMERO DE VISITANTES</w:t>
            </w:r>
            <w:r w:rsidRPr="00D34566">
              <w:rPr>
                <w:rFonts w:ascii="DejaVu Sans" w:hAnsi="DejaVu Sans" w:cs="DejaVu Sans"/>
              </w:rPr>
              <w:br/>
              <w:t>Adultos: _____________   Menores: _____________</w:t>
            </w:r>
            <w:r w:rsidRPr="00D34566">
              <w:rPr>
                <w:rFonts w:ascii="DejaVu Sans" w:hAnsi="DejaVu Sans" w:cs="DejaVu Sans"/>
              </w:rPr>
              <w:br/>
              <w:t>Indicar curso: _____________</w:t>
            </w:r>
          </w:p>
        </w:tc>
      </w:tr>
    </w:tbl>
    <w:p w:rsidR="00637F8D" w:rsidRPr="00D34566" w:rsidRDefault="00637F8D">
      <w:pPr>
        <w:rPr>
          <w:rFonts w:ascii="DejaVu Sans" w:hAnsi="DejaVu Sans" w:cs="DejaVu Sans"/>
        </w:rPr>
      </w:pPr>
    </w:p>
    <w:tbl>
      <w:tblPr>
        <w:tblW w:w="0" w:type="auto"/>
        <w:tblLook w:val="04A0"/>
      </w:tblPr>
      <w:tblGrid>
        <w:gridCol w:w="8640"/>
      </w:tblGrid>
      <w:tr w:rsidR="00637F8D" w:rsidRPr="00D34566">
        <w:tc>
          <w:tcPr>
            <w:tcW w:w="8640" w:type="dxa"/>
            <w:shd w:val="clear" w:color="auto" w:fill="D9EAF7"/>
          </w:tcPr>
          <w:p w:rsidR="00637F8D" w:rsidRPr="00D34566" w:rsidRDefault="00190478">
            <w:pPr>
              <w:rPr>
                <w:rFonts w:ascii="DejaVu Sans" w:hAnsi="DejaVu Sans" w:cs="DejaVu Sans"/>
              </w:rPr>
            </w:pPr>
            <w:r w:rsidRPr="00D34566">
              <w:rPr>
                <w:rFonts w:ascii="DejaVu Sans" w:hAnsi="DejaVu Sans" w:cs="DejaVu Sans"/>
              </w:rPr>
              <w:t>MEDIO O LUGAR A EFECTOS DE NOTIFICACIONES</w:t>
            </w:r>
          </w:p>
        </w:tc>
      </w:tr>
      <w:tr w:rsidR="00637F8D" w:rsidRPr="00D34566">
        <w:tc>
          <w:tcPr>
            <w:tcW w:w="8640" w:type="dxa"/>
            <w:shd w:val="clear" w:color="auto" w:fill="F2F2F2"/>
          </w:tcPr>
          <w:p w:rsidR="00637F8D" w:rsidRPr="00D34566" w:rsidRDefault="00190478">
            <w:pPr>
              <w:rPr>
                <w:rFonts w:ascii="DejaVu Sans" w:hAnsi="DejaVu Sans" w:cs="DejaVu Sans"/>
              </w:rPr>
            </w:pPr>
            <w:proofErr w:type="spellStart"/>
            <w:r w:rsidRPr="00D34566">
              <w:rPr>
                <w:rFonts w:ascii="DejaVu Sans" w:hAnsi="DejaVu Sans" w:cs="DejaVu Sans"/>
              </w:rPr>
              <w:t>Vía</w:t>
            </w:r>
            <w:proofErr w:type="spellEnd"/>
            <w:r w:rsidRPr="00D34566">
              <w:rPr>
                <w:rFonts w:ascii="DejaVu Sans" w:hAnsi="DejaVu Sans" w:cs="DejaVu Sans"/>
              </w:rPr>
              <w:t>: _____________________</w:t>
            </w:r>
            <w:r w:rsidR="00D34566">
              <w:rPr>
                <w:rFonts w:ascii="DejaVu Sans" w:hAnsi="DejaVu Sans" w:cs="DejaVu Sans"/>
              </w:rPr>
              <w:t xml:space="preserve">____   </w:t>
            </w:r>
            <w:proofErr w:type="spellStart"/>
            <w:r w:rsidR="00D34566">
              <w:rPr>
                <w:rFonts w:ascii="DejaVu Sans" w:hAnsi="DejaVu Sans" w:cs="DejaVu Sans"/>
              </w:rPr>
              <w:t>Número:__________</w:t>
            </w:r>
            <w:r w:rsidRPr="00D34566">
              <w:rPr>
                <w:rFonts w:ascii="DejaVu Sans" w:hAnsi="DejaVu Sans" w:cs="DejaVu Sans"/>
              </w:rPr>
              <w:t>Escalera</w:t>
            </w:r>
            <w:proofErr w:type="spellEnd"/>
            <w:r w:rsidRPr="00D34566">
              <w:rPr>
                <w:rFonts w:ascii="DejaVu Sans" w:hAnsi="DejaVu Sans" w:cs="DejaVu Sans"/>
              </w:rPr>
              <w:t>:_________</w:t>
            </w:r>
          </w:p>
        </w:tc>
      </w:tr>
      <w:tr w:rsidR="00637F8D" w:rsidRPr="00D34566">
        <w:tc>
          <w:tcPr>
            <w:tcW w:w="8640" w:type="dxa"/>
            <w:shd w:val="clear" w:color="auto" w:fill="F2F2F2"/>
          </w:tcPr>
          <w:p w:rsidR="00637F8D" w:rsidRPr="00D34566" w:rsidRDefault="00190478">
            <w:pPr>
              <w:rPr>
                <w:rFonts w:ascii="DejaVu Sans" w:hAnsi="DejaVu Sans" w:cs="DejaVu Sans"/>
              </w:rPr>
            </w:pPr>
            <w:proofErr w:type="spellStart"/>
            <w:r w:rsidRPr="00D34566">
              <w:rPr>
                <w:rFonts w:ascii="DejaVu Sans" w:hAnsi="DejaVu Sans" w:cs="DejaVu Sans"/>
              </w:rPr>
              <w:t>Municipio</w:t>
            </w:r>
            <w:proofErr w:type="spellEnd"/>
            <w:r w:rsidRPr="00D34566">
              <w:rPr>
                <w:rFonts w:ascii="DejaVu Sans" w:hAnsi="DejaVu Sans" w:cs="DejaVu Sans"/>
              </w:rPr>
              <w:t xml:space="preserve">: __________   </w:t>
            </w:r>
            <w:proofErr w:type="spellStart"/>
            <w:r w:rsidRPr="00D34566">
              <w:rPr>
                <w:rFonts w:ascii="DejaVu Sans" w:hAnsi="DejaVu Sans" w:cs="DejaVu Sans"/>
              </w:rPr>
              <w:t>Código</w:t>
            </w:r>
            <w:proofErr w:type="spellEnd"/>
            <w:r w:rsidRPr="00D34566">
              <w:rPr>
                <w:rFonts w:ascii="DejaVu Sans" w:hAnsi="DejaVu Sans" w:cs="DejaVu Sans"/>
              </w:rPr>
              <w:t xml:space="preserve"> Postal: ____</w:t>
            </w:r>
          </w:p>
        </w:tc>
      </w:tr>
      <w:tr w:rsidR="00637F8D" w:rsidRPr="00D34566">
        <w:tc>
          <w:tcPr>
            <w:tcW w:w="8640" w:type="dxa"/>
            <w:shd w:val="clear" w:color="auto" w:fill="F2F2F2"/>
          </w:tcPr>
          <w:p w:rsidR="00637F8D" w:rsidRPr="00D34566" w:rsidRDefault="00190478">
            <w:pPr>
              <w:rPr>
                <w:rFonts w:ascii="DejaVu Sans" w:hAnsi="DejaVu Sans" w:cs="DejaVu Sans"/>
              </w:rPr>
            </w:pPr>
            <w:proofErr w:type="spellStart"/>
            <w:r w:rsidRPr="00D34566">
              <w:rPr>
                <w:rFonts w:ascii="DejaVu Sans" w:hAnsi="DejaVu Sans" w:cs="DejaVu Sans"/>
              </w:rPr>
              <w:t>Teléfono</w:t>
            </w:r>
            <w:proofErr w:type="spellEnd"/>
            <w:r w:rsidRPr="00D34566">
              <w:rPr>
                <w:rFonts w:ascii="DejaVu Sans" w:hAnsi="DejaVu Sans" w:cs="DejaVu Sans"/>
              </w:rPr>
              <w:t>: ______________</w:t>
            </w:r>
          </w:p>
        </w:tc>
      </w:tr>
      <w:tr w:rsidR="00637F8D" w:rsidRPr="00D34566">
        <w:tc>
          <w:tcPr>
            <w:tcW w:w="8640" w:type="dxa"/>
            <w:shd w:val="clear" w:color="auto" w:fill="F2F2F2"/>
          </w:tcPr>
          <w:p w:rsidR="00637F8D" w:rsidRPr="00D34566" w:rsidRDefault="00190478">
            <w:pPr>
              <w:rPr>
                <w:rFonts w:ascii="DejaVu Sans" w:hAnsi="DejaVu Sans" w:cs="DejaVu Sans"/>
              </w:rPr>
            </w:pPr>
            <w:r w:rsidRPr="00D34566">
              <w:rPr>
                <w:rFonts w:ascii="DejaVu Sans" w:hAnsi="DejaVu Sans" w:cs="DejaVu Sans"/>
              </w:rPr>
              <w:t>Correo electrónico: ____________________________________</w:t>
            </w:r>
            <w:r w:rsidRPr="00D34566">
              <w:rPr>
                <w:rFonts w:ascii="DejaVu Sans" w:hAnsi="DejaVu Sans" w:cs="DejaVu Sans"/>
              </w:rPr>
              <w:t>__</w:t>
            </w:r>
          </w:p>
        </w:tc>
      </w:tr>
      <w:tr w:rsidR="00637F8D" w:rsidRPr="00D34566">
        <w:tc>
          <w:tcPr>
            <w:tcW w:w="8640" w:type="dxa"/>
            <w:shd w:val="clear" w:color="auto" w:fill="F2F2F2"/>
          </w:tcPr>
          <w:p w:rsidR="00637F8D" w:rsidRPr="00D34566" w:rsidRDefault="00190478">
            <w:pPr>
              <w:rPr>
                <w:rFonts w:ascii="DejaVu Sans" w:hAnsi="DejaVu Sans" w:cs="DejaVu Sans"/>
              </w:rPr>
            </w:pPr>
            <w:r w:rsidRPr="00D34566">
              <w:rPr>
                <w:rFonts w:ascii="DejaVu Sans" w:hAnsi="DejaVu Sans" w:cs="DejaVu Sans"/>
              </w:rPr>
              <w:t>Otro medio: ___________________________________________</w:t>
            </w:r>
          </w:p>
        </w:tc>
      </w:tr>
    </w:tbl>
    <w:p w:rsidR="00637F8D" w:rsidRPr="00D34566" w:rsidRDefault="00637F8D">
      <w:pPr>
        <w:rPr>
          <w:rFonts w:ascii="DejaVu Sans" w:hAnsi="DejaVu Sans" w:cs="DejaVu Sans"/>
        </w:rPr>
      </w:pPr>
    </w:p>
    <w:tbl>
      <w:tblPr>
        <w:tblW w:w="0" w:type="auto"/>
        <w:tblLook w:val="04A0"/>
      </w:tblPr>
      <w:tblGrid>
        <w:gridCol w:w="8640"/>
      </w:tblGrid>
      <w:tr w:rsidR="00637F8D" w:rsidRPr="00D34566">
        <w:tc>
          <w:tcPr>
            <w:tcW w:w="8640" w:type="dxa"/>
            <w:shd w:val="clear" w:color="auto" w:fill="E6F0FA"/>
          </w:tcPr>
          <w:p w:rsidR="00637F8D" w:rsidRPr="00D34566" w:rsidRDefault="00190478">
            <w:pPr>
              <w:rPr>
                <w:rFonts w:ascii="DejaVu Sans" w:hAnsi="DejaVu Sans" w:cs="DejaVu Sans"/>
              </w:rPr>
            </w:pPr>
            <w:r w:rsidRPr="00D34566">
              <w:rPr>
                <w:rFonts w:ascii="DejaVu Sans" w:hAnsi="DejaVu Sans" w:cs="DejaVu Sans"/>
                <w:b/>
              </w:rPr>
              <w:t>OBJETIVO GENERAL</w:t>
            </w:r>
            <w:r w:rsidRPr="00D34566">
              <w:rPr>
                <w:rFonts w:ascii="DejaVu Sans" w:hAnsi="DejaVu Sans" w:cs="DejaVu Sans"/>
              </w:rPr>
              <w:br/>
              <w:t>Profundizar en los conocimientos de los alumnos sobre el ciclo integral del agua, así como facilitar la comprensión de los procesos de tratamiento de agua.</w:t>
            </w:r>
          </w:p>
        </w:tc>
      </w:tr>
      <w:tr w:rsidR="00637F8D" w:rsidRPr="00D34566">
        <w:tc>
          <w:tcPr>
            <w:tcW w:w="8640" w:type="dxa"/>
            <w:shd w:val="clear" w:color="auto" w:fill="E6F0FA"/>
          </w:tcPr>
          <w:p w:rsidR="00637F8D" w:rsidRPr="00D34566" w:rsidRDefault="00190478">
            <w:pPr>
              <w:rPr>
                <w:rFonts w:ascii="DejaVu Sans" w:hAnsi="DejaVu Sans" w:cs="DejaVu Sans"/>
              </w:rPr>
            </w:pPr>
            <w:r w:rsidRPr="00D34566">
              <w:rPr>
                <w:rFonts w:ascii="DejaVu Sans" w:hAnsi="DejaVu Sans" w:cs="DejaVu Sans"/>
                <w:b/>
              </w:rPr>
              <w:t>CONTENIDOS</w:t>
            </w:r>
            <w:r w:rsidRPr="00D34566">
              <w:rPr>
                <w:rFonts w:ascii="DejaVu Sans" w:hAnsi="DejaVu Sans" w:cs="DejaVu Sans"/>
              </w:rPr>
              <w:br/>
            </w:r>
            <w:r w:rsidRPr="00D34566">
              <w:rPr>
                <w:rFonts w:ascii="DejaVu Sans" w:hAnsi="DejaVu Sans" w:cs="DejaVu Sans"/>
              </w:rPr>
              <w:t>Explicación a los visitantes de todas las fases que intervienen en el ciclo integral del agua, desde la captación hasta su distribución en las redes de abastecimiento, fomentando un consumo responsable de agua. Realización de un recorrido guiado por las in</w:t>
            </w:r>
            <w:r w:rsidRPr="00D34566">
              <w:rPr>
                <w:rFonts w:ascii="DejaVu Sans" w:hAnsi="DejaVu Sans" w:cs="DejaVu Sans"/>
              </w:rPr>
              <w:t>stalaciones.</w:t>
            </w:r>
          </w:p>
        </w:tc>
      </w:tr>
    </w:tbl>
    <w:p w:rsidR="00190478" w:rsidRPr="00D34566" w:rsidRDefault="00190478">
      <w:pPr>
        <w:rPr>
          <w:rFonts w:ascii="DejaVu Sans" w:hAnsi="DejaVu Sans" w:cs="DejaVu Sans"/>
        </w:rPr>
      </w:pPr>
    </w:p>
    <w:sectPr w:rsidR="00190478" w:rsidRPr="00D34566" w:rsidSect="0003461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hyphenationZone w:val="425"/>
  <w:characterSpacingControl w:val="doNotCompress"/>
  <w:compat>
    <w:useFELayout/>
  </w:compat>
  <w:rsids>
    <w:rsidRoot w:val="00B47730"/>
    <w:rsid w:val="00034616"/>
    <w:rsid w:val="0006063C"/>
    <w:rsid w:val="0015074B"/>
    <w:rsid w:val="00190478"/>
    <w:rsid w:val="0029639D"/>
    <w:rsid w:val="00326F90"/>
    <w:rsid w:val="00637F8D"/>
    <w:rsid w:val="00AA1D8D"/>
    <w:rsid w:val="00B47730"/>
    <w:rsid w:val="00CB0664"/>
    <w:rsid w:val="00D34566"/>
    <w:rsid w:val="00E55F3B"/>
    <w:rsid w:val="00FC693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Epgraf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de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3E9CF-A10E-45B4-B2C9-3FB4DFDEF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348</Words>
  <Characters>1920</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2264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USUARIO</cp:lastModifiedBy>
  <cp:revision>2</cp:revision>
  <dcterms:created xsi:type="dcterms:W3CDTF">2013-12-23T23:15:00Z</dcterms:created>
  <dcterms:modified xsi:type="dcterms:W3CDTF">2025-09-18T09:55:00Z</dcterms:modified>
  <cp:category/>
</cp:coreProperties>
</file>